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sz w:val="32"/>
        </w:rPr>
        <w:t>VALTAKIRJA</w:t>
      </w:r>
    </w:p>
    <w:p>
      <w:pPr>
        <w:spacing w:after="80"/>
      </w:pPr>
      <w:r/>
    </w:p>
    <w:p>
      <w:pPr>
        <w:spacing w:after="80"/>
      </w:pPr>
      <w:r>
        <w:t>Valtuuttaja (jäsen):</w:t>
      </w:r>
    </w:p>
    <w:p>
      <w:pPr>
        <w:spacing w:after="80"/>
      </w:pPr>
      <w:r>
        <w:t>Nimi: [etunimi sukunimi]</w:t>
      </w:r>
    </w:p>
    <w:p>
      <w:pPr>
        <w:spacing w:after="80"/>
      </w:pPr>
      <w:r>
        <w:t>Syntymäaika tai jäsennumero: [tieto]</w:t>
      </w:r>
    </w:p>
    <w:p>
      <w:pPr>
        <w:spacing w:after="80"/>
      </w:pPr>
      <w:r>
        <w:t>Osoite: [katuosoite, postinumero ja -toimipaikka]</w:t>
      </w:r>
    </w:p>
    <w:p>
      <w:pPr>
        <w:spacing w:after="80"/>
      </w:pPr>
      <w:r/>
    </w:p>
    <w:p>
      <w:pPr>
        <w:spacing w:after="80"/>
      </w:pPr>
      <w:r>
        <w:t>Valtuutettu (asiamies):</w:t>
      </w:r>
    </w:p>
    <w:p>
      <w:pPr>
        <w:spacing w:after="80"/>
      </w:pPr>
      <w:r>
        <w:t>Nimi: [etunimi sukunimi]</w:t>
      </w:r>
    </w:p>
    <w:p>
      <w:pPr>
        <w:spacing w:after="80"/>
      </w:pPr>
      <w:r>
        <w:t>Syntymäaika tai jäsennumero: [tieto]</w:t>
      </w:r>
    </w:p>
    <w:p>
      <w:pPr>
        <w:spacing w:after="80"/>
      </w:pPr>
      <w:r/>
    </w:p>
    <w:p>
      <w:pPr>
        <w:spacing w:after="80"/>
      </w:pPr>
      <w:r>
        <w:t>Valtuutan edellä mainitun henkilön edustamaan minua ja käyttämään puhe- ja äänioikeuttani [Yhdistyksen nimi] ry:n [kevätkokouksessa / syyskokouksessa / ylimääräisessä kokouksessa] [pp.kk.vvvv] klo [hh.mm] [paikka tai etäyhteys].</w:t>
      </w:r>
    </w:p>
    <w:p>
      <w:pPr>
        <w:spacing w:after="80"/>
      </w:pPr>
      <w:r/>
    </w:p>
    <w:p>
      <w:pPr>
        <w:spacing w:after="80"/>
      </w:pPr>
      <w:r>
        <w:t>Valtakirja koskee [kaikkia kokouksessa käsiteltäviä asioita / seuraavia asioita: ...].</w:t>
      </w:r>
    </w:p>
    <w:p>
      <w:pPr>
        <w:spacing w:after="80"/>
      </w:pPr>
      <w:r>
        <w:t>[Äänestysohje valtuutetulle, jos annetaan: ...]</w:t>
      </w:r>
    </w:p>
    <w:p>
      <w:pPr>
        <w:spacing w:after="80"/>
      </w:pPr>
      <w:r/>
    </w:p>
    <w:p>
      <w:pPr>
        <w:spacing w:after="80"/>
      </w:pPr>
      <w:r>
        <w:t>Valtakirja on voimassa [vain tässä kokouksessa / tässä kokouksessa ja sen mahdollisessa jatkokokouksessa / ... asti].</w:t>
      </w:r>
    </w:p>
    <w:p>
      <w:pPr>
        <w:spacing w:after="80"/>
      </w:pPr>
      <w:r/>
    </w:p>
    <w:p>
      <w:pPr>
        <w:spacing w:after="80"/>
      </w:pPr>
      <w:r>
        <w:t>Paikkakunta ja päiväys: [paikkakunta] [pp.kk.vvvv]</w:t>
      </w:r>
    </w:p>
    <w:p>
      <w:pPr>
        <w:spacing w:after="80"/>
      </w:pPr>
      <w:r/>
    </w:p>
    <w:p>
      <w:pPr>
        <w:spacing w:after="80"/>
      </w:pPr>
      <w:r>
        <w:t>Allekirjoitus: ______________________</w:t>
      </w:r>
    </w:p>
    <w:p>
      <w:pPr>
        <w:spacing w:after="80"/>
      </w:pPr>
      <w:r>
        <w:t>Nimenselvennys: [etunimi sukunimi]</w:t>
      </w:r>
    </w:p>
    <w:p>
      <w:pPr>
        <w:spacing w:after="80"/>
      </w:pPr>
      <w:r/>
    </w:p>
    <w:p>
      <w:pPr>
        <w:spacing w:after="80"/>
      </w:pPr>
      <w:r>
        <w:t>Valtuutettu toimittaa valtakirjan kokouksen puheenjohtajalle ennen kokouksen alkua.</w:t>
      </w:r>
    </w:p>
    <w:sectPr w:rsidR="00FC693F" w:rsidRPr="0006063C" w:rsidSect="00034616">
      <w:pgSz w:w="12240" w:h="15840"/>
      <w:pgMar w:top="1440" w:right="1417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Yhdistyksen valtakirja: malli ja ohje</dc:title>
  <dc:subject/>
  <dc:creator>Associatify</dc:creator>
  <cp:keywords/>
  <dc:description/>
  <cp:lastModifiedBy>Associatify</cp:lastModifiedBy>
  <cp:revision>1</cp:revision>
  <dcterms:created xsi:type="dcterms:W3CDTF">2026-10-15T00:00:00Z</dcterms:created>
  <dcterms:modified xsi:type="dcterms:W3CDTF">2026-10-15T00:00:00Z</dcterms:modified>
  <cp:category/>
  <cp:lastPrinted>2026-10-15T00:00:00Z</cp:lastPrinted>
</cp:coreProperties>
</file>