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sz w:val="32"/>
        </w:rPr>
        <w:t>KOKOUSKUTSU</w:t>
      </w:r>
    </w:p>
    <w:p>
      <w:pPr>
        <w:spacing w:after="80"/>
      </w:pPr>
      <w:r/>
    </w:p>
    <w:p>
      <w:pPr>
        <w:spacing w:after="80"/>
      </w:pPr>
      <w:r>
        <w:t>[Yhdistyksen nimi] ry:n [kevätkokous / syyskokous / ylimääräinen kokous]</w:t>
      </w:r>
    </w:p>
    <w:p>
      <w:pPr>
        <w:spacing w:after="80"/>
      </w:pPr>
      <w:r/>
    </w:p>
    <w:p>
      <w:pPr>
        <w:spacing w:after="80"/>
      </w:pPr>
      <w:r>
        <w:t>Aika: [viikonpäivä] [pp.kk.vvvv] klo [hh.mm]</w:t>
      </w:r>
    </w:p>
    <w:p>
      <w:pPr>
        <w:spacing w:after="80"/>
      </w:pPr>
      <w:r>
        <w:t>Paikka: [osoite, tila]</w:t>
      </w:r>
    </w:p>
    <w:p>
      <w:pPr>
        <w:spacing w:after="80"/>
      </w:pPr>
      <w:r>
        <w:t>[Etäosallistuminen: Kokoukseen voi osallistua myös etäyhteydellä osoitteessa [linkki]. Etäosallistuminen edellyttää [laite / tunnistautuminen]. Etäosallistuja voi käyttää puheoikeutta ja äänioikeutta [kuvaus menettelystä, rajoitukset].]</w:t>
      </w:r>
    </w:p>
    <w:p>
      <w:pPr>
        <w:spacing w:after="80"/>
      </w:pPr>
      <w:r>
        <w:t>[Ilmoittautuminen: Ilmoittautuminen on pakollinen viimeistään [pp.kk.vvvv] osoitteeseen [sähköposti / lomake].]</w:t>
      </w:r>
    </w:p>
    <w:p>
      <w:pPr>
        <w:spacing w:after="80"/>
      </w:pPr>
      <w:r/>
    </w:p>
    <w:p>
      <w:pPr>
        <w:spacing w:after="80"/>
      </w:pPr>
      <w:r>
        <w:t>Kokouksessa käsitellään sääntöjen [x] §:n mukaiset asiat sekä seuraavat asiat:</w:t>
      </w:r>
    </w:p>
    <w:p>
      <w:pPr>
        <w:spacing w:after="80"/>
      </w:pPr>
      <w:r>
        <w:t>1. Kokouksen avaus</w:t>
      </w:r>
    </w:p>
    <w:p>
      <w:pPr>
        <w:spacing w:after="80"/>
      </w:pPr>
      <w:r>
        <w:t>2. Kokouksen järjestäytyminen: valitaan puheenjohtaja, sihteeri, kaksi pöytäkirjantarkastajaa ja tarvittaessa ääntenlaskijat</w:t>
      </w:r>
    </w:p>
    <w:p>
      <w:pPr>
        <w:spacing w:after="80"/>
      </w:pPr>
      <w:r>
        <w:t>3. Kokouksen laillisuuden ja päätösvaltaisuuden toteaminen</w:t>
      </w:r>
    </w:p>
    <w:p>
      <w:pPr>
        <w:spacing w:after="80"/>
      </w:pPr>
      <w:r>
        <w:t>4. Työjärjestyksen hyväksyminen</w:t>
      </w:r>
    </w:p>
    <w:p>
      <w:pPr>
        <w:spacing w:after="80"/>
      </w:pPr>
      <w:r>
        <w:t>5. [Esimerkiksi: toimintakertomuksen ja tilinpäätöksen esittäminen, toiminnantarkastajan lausunto, tilinpäätöksen vahvistaminen ja vastuuvapaudesta päättäminen]</w:t>
      </w:r>
    </w:p>
    <w:p>
      <w:pPr>
        <w:spacing w:after="80"/>
      </w:pPr>
      <w:r>
        <w:t>6. [Esimerkiksi: toimintasuunnitelma, talousarvio ja jäsenmaksun suuruus]</w:t>
      </w:r>
    </w:p>
    <w:p>
      <w:pPr>
        <w:spacing w:after="80"/>
      </w:pPr>
      <w:r>
        <w:t>7. [Esimerkiksi: hallituksen puheenjohtajan ja jäsenten sekä toiminnantarkastajan valinta]</w:t>
      </w:r>
    </w:p>
    <w:p>
      <w:pPr>
        <w:spacing w:after="80"/>
      </w:pPr>
      <w:r>
        <w:t>8. [Mahdollinen sääntömuutos: ehdotettu uusi sanamuoto liitteenä]</w:t>
      </w:r>
    </w:p>
    <w:p>
      <w:pPr>
        <w:spacing w:after="80"/>
      </w:pPr>
      <w:r>
        <w:t>9. Muut kokouksen esille ottamat asiat</w:t>
      </w:r>
    </w:p>
    <w:p>
      <w:pPr>
        <w:spacing w:after="80"/>
      </w:pPr>
      <w:r>
        <w:t>10. Kokouksen päättäminen</w:t>
      </w:r>
    </w:p>
    <w:p>
      <w:pPr>
        <w:spacing w:after="80"/>
      </w:pPr>
      <w:r/>
    </w:p>
    <w:p>
      <w:pPr>
        <w:spacing w:after="80"/>
      </w:pPr>
      <w:r>
        <w:t>Kokousaineisto (tilinpäätös, toimintakertomus, ehdotukset) on nähtävillä [osoite / jäsensivu] alkaen [pp.kk.vvvv].</w:t>
      </w:r>
    </w:p>
    <w:p>
      <w:pPr>
        <w:spacing w:after="80"/>
      </w:pPr>
      <w:r/>
    </w:p>
    <w:p>
      <w:pPr>
        <w:spacing w:after="80"/>
      </w:pPr>
      <w:r>
        <w:t>Tervetuloa!</w:t>
      </w:r>
    </w:p>
    <w:p>
      <w:pPr>
        <w:spacing w:after="80"/>
      </w:pPr>
      <w:r/>
    </w:p>
    <w:p>
      <w:pPr>
        <w:spacing w:after="80"/>
      </w:pPr>
      <w:r>
        <w:t>[Paikkakunta] [pp.kk.vvvv]</w:t>
      </w:r>
    </w:p>
    <w:p>
      <w:pPr>
        <w:spacing w:after="80"/>
      </w:pPr>
      <w:r>
        <w:t>[Yhdistyksen nimi] ry</w:t>
      </w:r>
    </w:p>
    <w:p>
      <w:pPr>
        <w:spacing w:after="80"/>
      </w:pPr>
      <w:r>
        <w:t>Hallitus</w:t>
      </w:r>
    </w:p>
    <w:p>
      <w:pPr>
        <w:spacing w:after="80"/>
      </w:pPr>
      <w:r>
        <w:t>[Yhteyshenkilö, sähköposti ja puhelinnumero]</w:t>
      </w:r>
    </w:p>
    <w:sectPr w:rsidR="00FC693F" w:rsidRPr="0006063C" w:rsidSect="00034616">
      <w:pgSz w:w="12240" w:h="15840"/>
      <w:pgMar w:top="1440" w:right="1417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Yhdistyksen kokouskutsu: malli ja pakolliset tiedot</dc:title>
  <dc:subject/>
  <dc:creator>Associatify</dc:creator>
  <cp:keywords/>
  <dc:description/>
  <cp:lastModifiedBy>Associatify</cp:lastModifiedBy>
  <cp:revision>1</cp:revision>
  <dcterms:created xsi:type="dcterms:W3CDTF">2026-10-15T00:00:00Z</dcterms:created>
  <dcterms:modified xsi:type="dcterms:W3CDTF">2026-10-15T00:00:00Z</dcterms:modified>
  <cp:category/>
  <cp:lastPrinted>2026-10-15T00:00:00Z</cp:lastPrinted>
</cp:coreProperties>
</file>