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t>[Yhdistyksen nimi] ry</w:t>
      </w:r>
    </w:p>
    <w:p>
      <w:pPr>
        <w:spacing w:after="80"/>
      </w:pPr>
      <w:r>
        <w:rPr>
          <w:b/>
          <w:sz w:val="32"/>
        </w:rPr>
        <w:t>PÖYTÄKIRJA</w:t>
      </w:r>
    </w:p>
    <w:p>
      <w:pPr>
        <w:spacing w:after="80"/>
      </w:pPr>
      <w:r>
        <w:t>[Kevätkokous / Syyskokous / Ylimääräinen kokous] [pp.kk.vvvv]</w:t>
      </w:r>
    </w:p>
    <w:p>
      <w:pPr>
        <w:spacing w:after="80"/>
      </w:pPr>
      <w:r/>
    </w:p>
    <w:p>
      <w:pPr>
        <w:spacing w:after="80"/>
      </w:pPr>
      <w:r>
        <w:t>Aika: [pp.kk.vvvv] klo [hh.mm]-[hh.mm]</w:t>
      </w:r>
    </w:p>
    <w:p>
      <w:pPr>
        <w:spacing w:after="80"/>
      </w:pPr>
      <w:r>
        <w:t>Paikka: [osoite tai etäyhteys]</w:t>
      </w:r>
    </w:p>
    <w:p>
      <w:pPr>
        <w:spacing w:after="80"/>
      </w:pPr>
      <w:r>
        <w:t>Läsnä: [osallistujien lukumäärä], joista äänioikeutettuja [lukumäärä]</w:t>
      </w:r>
    </w:p>
    <w:p>
      <w:pPr>
        <w:spacing w:after="80"/>
      </w:pPr>
      <w:r>
        <w:t>(osallistujaluettelo liitteenä)</w:t>
      </w:r>
    </w:p>
    <w:p>
      <w:pPr>
        <w:spacing w:after="80"/>
      </w:pPr>
      <w:r/>
    </w:p>
    <w:p>
      <w:pPr>
        <w:spacing w:after="80"/>
      </w:pPr>
      <w:r>
        <w:t>1. Kokouksen avaus</w:t>
      </w:r>
    </w:p>
    <w:p>
      <w:pPr>
        <w:spacing w:after="80"/>
      </w:pPr>
      <w:r>
        <w:t>[Nimi] avasi kokouksen klo [hh.mm].</w:t>
      </w:r>
    </w:p>
    <w:p>
      <w:pPr>
        <w:spacing w:after="80"/>
      </w:pPr>
      <w:r/>
    </w:p>
    <w:p>
      <w:pPr>
        <w:spacing w:after="80"/>
      </w:pPr>
      <w:r>
        <w:t>2. Kokouksen järjestäytyminen</w:t>
      </w:r>
    </w:p>
    <w:p>
      <w:pPr>
        <w:spacing w:after="80"/>
      </w:pPr>
      <w:r>
        <w:t>Valittiin kokouksen puheenjohtajaksi [nimi] ja sihteeriksi [nimi].</w:t>
      </w:r>
    </w:p>
    <w:p>
      <w:pPr>
        <w:spacing w:after="80"/>
      </w:pPr>
      <w:r>
        <w:t>Valittiin pöytäkirjantarkastajiksi [nimi] ja [nimi], jotka toimivat tarvittaessa myös ääntenlaskijoina.</w:t>
      </w:r>
    </w:p>
    <w:p>
      <w:pPr>
        <w:spacing w:after="80"/>
      </w:pPr>
      <w:r/>
    </w:p>
    <w:p>
      <w:pPr>
        <w:spacing w:after="80"/>
      </w:pPr>
      <w:r>
        <w:t>3. Kokouksen laillisuus ja päätösvaltaisuus</w:t>
      </w:r>
    </w:p>
    <w:p>
      <w:pPr>
        <w:spacing w:after="80"/>
      </w:pPr>
      <w:r>
        <w:t>Todettiin, että kokouskutsu on toimitettu [pp.kk.vvvv] sääntöjen [x] §:n mukaisesti ja kokous on laillinen ja päätösvaltainen.</w:t>
      </w:r>
    </w:p>
    <w:p>
      <w:pPr>
        <w:spacing w:after="80"/>
      </w:pPr>
      <w:r/>
    </w:p>
    <w:p>
      <w:pPr>
        <w:spacing w:after="80"/>
      </w:pPr>
      <w:r>
        <w:t>4. Työjärjestyksen hyväksyminen</w:t>
      </w:r>
    </w:p>
    <w:p>
      <w:pPr>
        <w:spacing w:after="80"/>
      </w:pPr>
      <w:r>
        <w:t>Hyväksyttiin kokouksen työjärjestykseksi kokouskutsun mukainen esityslista [muutokset: ei muutoksia / ...].</w:t>
      </w:r>
    </w:p>
    <w:p>
      <w:pPr>
        <w:spacing w:after="80"/>
      </w:pPr>
      <w:r/>
    </w:p>
    <w:p>
      <w:pPr>
        <w:spacing w:after="80"/>
      </w:pPr>
      <w:r>
        <w:t>5. [Asia, esimerkiksi tilinpäätöksen vahvistaminen]</w:t>
      </w:r>
    </w:p>
    <w:p>
      <w:pPr>
        <w:spacing w:after="80"/>
      </w:pPr>
      <w:r>
        <w:t>Esitys: [mitä ehdotettiin]</w:t>
      </w:r>
    </w:p>
    <w:p>
      <w:pPr>
        <w:spacing w:after="80"/>
      </w:pPr>
      <w:r>
        <w:t>Keskustelu: [tarvittaessa tiivistelmä]</w:t>
      </w:r>
    </w:p>
    <w:p>
      <w:pPr>
        <w:spacing w:after="80"/>
      </w:pPr>
      <w:r>
        <w:t>Päätös: [mitä päätettiin]. [Äänestyksessä annettiin [x] ääntä puolesta ja [x] vastaan.]</w:t>
      </w:r>
    </w:p>
    <w:p>
      <w:pPr>
        <w:spacing w:after="80"/>
      </w:pPr>
      <w:r/>
    </w:p>
    <w:p>
      <w:pPr>
        <w:spacing w:after="80"/>
      </w:pPr>
      <w:r>
        <w:t>6. [Seuraava asia]</w:t>
      </w:r>
    </w:p>
    <w:p>
      <w:pPr>
        <w:spacing w:after="80"/>
      </w:pPr>
      <w:r>
        <w:t>Esitys:</w:t>
      </w:r>
    </w:p>
    <w:p>
      <w:pPr>
        <w:spacing w:after="80"/>
      </w:pPr>
      <w:r>
        <w:t>Päätös:</w:t>
      </w:r>
    </w:p>
    <w:p>
      <w:pPr>
        <w:spacing w:after="80"/>
      </w:pPr>
      <w:r/>
    </w:p>
    <w:p>
      <w:pPr>
        <w:spacing w:after="80"/>
      </w:pPr>
      <w:r>
        <w:t>[Lisää tarvittavat kohdat]</w:t>
      </w:r>
    </w:p>
    <w:p>
      <w:pPr>
        <w:spacing w:after="80"/>
      </w:pPr>
      <w:r/>
    </w:p>
    <w:p>
      <w:pPr>
        <w:spacing w:after="80"/>
      </w:pPr>
      <w:r>
        <w:t>[n]. Muut asiat</w:t>
      </w:r>
    </w:p>
    <w:p>
      <w:pPr>
        <w:spacing w:after="80"/>
      </w:pPr>
      <w:r>
        <w:t>[Kirjataan vain asiat, joista kokous ei tee päätöksiä, tai päätökset joista kutsussa on mainittu.]</w:t>
      </w:r>
    </w:p>
    <w:p>
      <w:pPr>
        <w:spacing w:after="80"/>
      </w:pPr>
      <w:r/>
    </w:p>
    <w:p>
      <w:pPr>
        <w:spacing w:after="80"/>
      </w:pPr>
      <w:r>
        <w:t>[n+1]. Kokouksen päättäminen</w:t>
      </w:r>
    </w:p>
    <w:p>
      <w:pPr>
        <w:spacing w:after="80"/>
      </w:pPr>
      <w:r>
        <w:t>Puheenjohtaja päätti kokouksen klo [hh.mm].</w:t>
      </w:r>
    </w:p>
    <w:p>
      <w:pPr>
        <w:spacing w:after="80"/>
      </w:pPr>
      <w:r/>
    </w:p>
    <w:p>
      <w:pPr>
        <w:spacing w:after="80"/>
      </w:pPr>
      <w:r>
        <w:t>Vakuudeksi</w:t>
      </w:r>
    </w:p>
    <w:p>
      <w:pPr>
        <w:tabs>
          <w:tab w:pos="4819" w:val="left"/>
        </w:tabs>
        <w:spacing w:after="80"/>
      </w:pPr>
      <w:r>
        <w:t>[Nimi], puheenjohtaja</w:t>
        <w:tab/>
        <w:t>[Nimi], sihteeri</w:t>
      </w:r>
    </w:p>
    <w:p>
      <w:pPr>
        <w:tabs>
          <w:tab w:pos="4819" w:val="left"/>
        </w:tabs>
        <w:spacing w:after="80"/>
      </w:pPr>
      <w:r>
        <w:t>[allekirjoitus]</w:t>
        <w:tab/>
        <w:t>[allekirjoitus]</w:t>
      </w:r>
    </w:p>
    <w:p>
      <w:pPr>
        <w:spacing w:after="80"/>
      </w:pPr>
      <w:r/>
    </w:p>
    <w:p>
      <w:pPr>
        <w:spacing w:after="80"/>
      </w:pPr>
      <w:r>
        <w:t>Pöytäkirja tarkastettu ja hyväksytty:</w:t>
      </w:r>
    </w:p>
    <w:p>
      <w:pPr>
        <w:tabs>
          <w:tab w:pos="4819" w:val="left"/>
        </w:tabs>
        <w:spacing w:after="80"/>
      </w:pPr>
      <w:r>
        <w:t>[Nimi], pöytäkirjantarkastaja</w:t>
        <w:tab/>
        <w:t>[Nimi], pöytäkirjantarkastaja</w:t>
      </w:r>
    </w:p>
    <w:p>
      <w:pPr>
        <w:tabs>
          <w:tab w:pos="4819" w:val="left"/>
        </w:tabs>
        <w:spacing w:after="80"/>
      </w:pPr>
      <w:r>
        <w:t>[allekirjoitus]</w:t>
        <w:tab/>
        <w:t>[allekirjoitus]</w:t>
      </w:r>
    </w:p>
    <w:p>
      <w:pPr>
        <w:spacing w:after="80"/>
      </w:pPr>
      <w:r/>
    </w:p>
    <w:p>
      <w:pPr>
        <w:spacing w:after="80"/>
      </w:pPr>
      <w:r>
        <w:t>Liitteet: [osallistujaluettelo, tilinpäätös, toimintakertomus, toimintasuunnitelma, talousarvio]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Yhdistyksen kokouksen pöytäkirja: malli ja ohje</dc:title>
  <dc:subject/>
  <dc:creator>Associatify</dc:creator>
  <cp:keywords/>
  <dc:description/>
  <cp:lastModifiedBy>Associatify</cp:lastModifiedBy>
  <cp:revision>1</cp:revision>
  <dcterms:created xsi:type="dcterms:W3CDTF">2026-10-15T00:00:00Z</dcterms:created>
  <dcterms:modified xsi:type="dcterms:W3CDTF">2026-10-15T00:00:00Z</dcterms:modified>
  <cp:category/>
  <cp:lastPrinted>2026-10-15T00:00:00Z</cp:lastPrinted>
</cp:coreProperties>
</file>