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t>[Yhdistyksen nimi] ry</w:t>
      </w:r>
    </w:p>
    <w:p>
      <w:pPr>
        <w:spacing w:after="80"/>
      </w:pPr>
      <w:r>
        <w:t>[Kevätkokous / Syyskokous / Vuosikokous] [pp.kk.vvvv]</w:t>
      </w:r>
    </w:p>
    <w:p>
      <w:pPr>
        <w:spacing w:after="80"/>
      </w:pPr>
      <w:r>
        <w:rPr>
          <w:b/>
          <w:sz w:val="32"/>
        </w:rPr>
        <w:t>ESITYSLISTA</w:t>
      </w:r>
    </w:p>
    <w:p>
      <w:pPr>
        <w:spacing w:after="80"/>
      </w:pPr>
      <w:r/>
    </w:p>
    <w:p>
      <w:pPr>
        <w:spacing w:after="80"/>
      </w:pPr>
      <w:r>
        <w:t>Aika: [pp.kk.vvvv] klo [hh.mm]</w:t>
      </w:r>
    </w:p>
    <w:p>
      <w:pPr>
        <w:spacing w:after="80"/>
      </w:pPr>
      <w:r>
        <w:t>Paikka: [osoite tai etäyhteys]</w:t>
      </w:r>
    </w:p>
    <w:p>
      <w:pPr>
        <w:spacing w:after="80"/>
      </w:pPr>
      <w:r/>
    </w:p>
    <w:p>
      <w:pPr>
        <w:spacing w:after="80"/>
      </w:pPr>
      <w:r>
        <w:t>1. Kokouksen avaus</w:t>
      </w:r>
    </w:p>
    <w:p>
      <w:pPr>
        <w:spacing w:after="80"/>
      </w:pPr>
      <w:r>
        <w:t>2. Kokouksen järjestäytyminen</w:t>
      </w:r>
    </w:p>
    <w:p>
      <w:pPr>
        <w:spacing w:after="80"/>
        <w:ind w:left="283"/>
      </w:pPr>
      <w:r>
        <w:t>- valitaan kokouksen puheenjohtaja ja sihteeri</w:t>
      </w:r>
    </w:p>
    <w:p>
      <w:pPr>
        <w:spacing w:after="80"/>
        <w:ind w:left="283"/>
      </w:pPr>
      <w:r>
        <w:t>- valitaan kaksi pöytäkirjantarkastajaa ja tarvittaessa ääntenlaskijat</w:t>
      </w:r>
    </w:p>
    <w:p>
      <w:pPr>
        <w:spacing w:after="80"/>
      </w:pPr>
      <w:r>
        <w:t>3. Kokouksen laillisuuden ja päätösvaltaisuuden toteaminen</w:t>
      </w:r>
    </w:p>
    <w:p>
      <w:pPr>
        <w:spacing w:after="80"/>
      </w:pPr>
      <w:r>
        <w:t>4. Työjärjestyksen hyväksyminen</w:t>
      </w:r>
    </w:p>
    <w:p>
      <w:pPr>
        <w:spacing w:after="80"/>
      </w:pPr>
      <w:r>
        <w:t>5. Toimintakertomuksen esittäminen vuodelta [vuosi]</w:t>
      </w:r>
    </w:p>
    <w:p>
      <w:pPr>
        <w:spacing w:after="80"/>
      </w:pPr>
      <w:r>
        <w:t>6. Tilinpäätöksen esittäminen ja toiminnantarkastajan lausunto</w:t>
      </w:r>
    </w:p>
    <w:p>
      <w:pPr>
        <w:spacing w:after="80"/>
      </w:pPr>
      <w:r>
        <w:t>7. Tilinpäätöksen vahvistaminen ja vastuuvapauden myöntäminen hallitukselle ja muille vastuuvelvollisille</w:t>
      </w:r>
    </w:p>
    <w:p>
      <w:pPr>
        <w:spacing w:after="80"/>
      </w:pPr>
      <w:r>
        <w:t>8. Toimintasuunnitelman vahvistaminen vuodelle [vuosi]</w:t>
      </w:r>
    </w:p>
    <w:p>
      <w:pPr>
        <w:spacing w:after="80"/>
      </w:pPr>
      <w:r>
        <w:t>9. Talousarvion vahvistaminen ja jäsenmaksun suuruus</w:t>
      </w:r>
    </w:p>
    <w:p>
      <w:pPr>
        <w:spacing w:after="80"/>
      </w:pPr>
      <w:r>
        <w:t>10. Hallituksen puheenjohtajan valinta</w:t>
      </w:r>
    </w:p>
    <w:p>
      <w:pPr>
        <w:spacing w:after="80"/>
      </w:pPr>
      <w:r>
        <w:t>11. Hallituksen jäsenten valinta ja heidän lukumääränsä</w:t>
      </w:r>
    </w:p>
    <w:p>
      <w:pPr>
        <w:spacing w:after="80"/>
      </w:pPr>
      <w:r>
        <w:t>12. Toiminnantarkastajan [ja varatoiminnantarkastajan] valinta</w:t>
      </w:r>
    </w:p>
    <w:p>
      <w:pPr>
        <w:spacing w:after="80"/>
      </w:pPr>
      <w:r>
        <w:t>13. [Mahdollinen sääntömuutos: ehdotettu sanamuoto liitteenä]</w:t>
      </w:r>
    </w:p>
    <w:p>
      <w:pPr>
        <w:spacing w:after="80"/>
      </w:pPr>
      <w:r>
        <w:t>14. [Hallituksen tai jäsenten esittämät muut asiat, jotka on mainittu kutsussa]</w:t>
      </w:r>
    </w:p>
    <w:p>
      <w:pPr>
        <w:spacing w:after="80"/>
      </w:pPr>
      <w:r>
        <w:t>15. Muut asiat</w:t>
      </w:r>
    </w:p>
    <w:p>
      <w:pPr>
        <w:spacing w:after="80"/>
      </w:pPr>
      <w:r>
        <w:t>16. Kokouksen päättäminen</w:t>
      </w:r>
    </w:p>
    <w:p>
      <w:pPr>
        <w:spacing w:after="80"/>
      </w:pPr>
      <w:r/>
    </w:p>
    <w:p>
      <w:pPr>
        <w:spacing w:after="80"/>
      </w:pPr>
      <w:r>
        <w:t>Liitteet: toimintakertomus, tilinpäätös, toiminnantarkastuskertomus, toimintasuunnitelma, talousarvio, mahdollinen sääntömuutosehdotus</w:t>
      </w:r>
    </w:p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Yhdistyksen esityslista: malli kokoukseen</dc:title>
  <dc:subject/>
  <dc:creator>Associatify</dc:creator>
  <cp:keywords/>
  <dc:description/>
  <cp:lastModifiedBy>Associatify</cp:lastModifiedBy>
  <cp:revision>1</cp:revision>
  <dcterms:created xsi:type="dcterms:W3CDTF">2026-10-15T00:00:00Z</dcterms:created>
  <dcterms:modified xsi:type="dcterms:W3CDTF">2026-10-15T00:00:00Z</dcterms:modified>
  <cp:category/>
  <cp:lastPrinted>2026-10-15T00:00:00Z</cp:lastPrinted>
</cp:coreProperties>
</file>